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6BF13" w14:textId="02D45B11" w:rsidR="00B01C30" w:rsidRDefault="00B72322" w:rsidP="002250F4">
      <w:pPr>
        <w:spacing w:afterLines="50" w:after="120" w:line="240" w:lineRule="auto"/>
        <w:jc w:val="center"/>
        <w:rPr>
          <w:b/>
          <w:sz w:val="32"/>
          <w:lang w:eastAsia="zh-TW"/>
        </w:rPr>
      </w:pPr>
      <w:r>
        <w:rPr>
          <w:b/>
          <w:sz w:val="32"/>
          <w:lang w:eastAsia="zh-TW"/>
        </w:rPr>
        <w:t>國立</w:t>
      </w:r>
      <w:proofErr w:type="gramStart"/>
      <w:r>
        <w:rPr>
          <w:b/>
          <w:sz w:val="32"/>
          <w:lang w:eastAsia="zh-TW"/>
        </w:rPr>
        <w:t>臺</w:t>
      </w:r>
      <w:proofErr w:type="gramEnd"/>
      <w:r>
        <w:rPr>
          <w:b/>
          <w:sz w:val="32"/>
          <w:lang w:eastAsia="zh-TW"/>
        </w:rPr>
        <w:t>南大學</w:t>
      </w:r>
      <w:r w:rsidR="00674320">
        <w:rPr>
          <w:rFonts w:hint="eastAsia"/>
          <w:b/>
          <w:sz w:val="32"/>
          <w:lang w:eastAsia="zh-TW"/>
        </w:rPr>
        <w:t xml:space="preserve"> </w:t>
      </w:r>
      <w:r>
        <w:rPr>
          <w:b/>
          <w:sz w:val="32"/>
          <w:lang w:eastAsia="zh-TW"/>
        </w:rPr>
        <w:t>學士班先修課程開課申請表</w:t>
      </w:r>
    </w:p>
    <w:tbl>
      <w:tblPr>
        <w:tblStyle w:val="aff2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814"/>
        <w:gridCol w:w="2996"/>
        <w:gridCol w:w="2503"/>
        <w:gridCol w:w="2551"/>
      </w:tblGrid>
      <w:tr w:rsidR="00B01C30" w:rsidRPr="00186DBE" w14:paraId="6E008526" w14:textId="77777777" w:rsidTr="001F53F9">
        <w:trPr>
          <w:trHeight w:val="454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D8D43D3" w14:textId="77777777" w:rsidR="00B01C30" w:rsidRPr="00186DBE" w:rsidRDefault="00B72322" w:rsidP="00E97417">
            <w:pPr>
              <w:jc w:val="center"/>
              <w:rPr>
                <w:sz w:val="24"/>
                <w:szCs w:val="24"/>
              </w:rPr>
            </w:pPr>
            <w:proofErr w:type="spellStart"/>
            <w:r w:rsidRPr="00186DBE">
              <w:rPr>
                <w:sz w:val="24"/>
                <w:szCs w:val="24"/>
              </w:rPr>
              <w:t>開課單位</w:t>
            </w:r>
            <w:proofErr w:type="spellEnd"/>
          </w:p>
        </w:tc>
        <w:tc>
          <w:tcPr>
            <w:tcW w:w="2996" w:type="dxa"/>
            <w:shd w:val="clear" w:color="auto" w:fill="auto"/>
            <w:vAlign w:val="center"/>
          </w:tcPr>
          <w:p w14:paraId="1F6FBC50" w14:textId="77777777" w:rsidR="00B01C30" w:rsidRPr="00186DBE" w:rsidRDefault="00B01C30" w:rsidP="00031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F2F2F2" w:themeFill="background1" w:themeFillShade="F2"/>
            <w:vAlign w:val="center"/>
          </w:tcPr>
          <w:p w14:paraId="1C98078E" w14:textId="77777777" w:rsidR="00B01C30" w:rsidRPr="00186DBE" w:rsidRDefault="00B72322" w:rsidP="00031CB8">
            <w:pPr>
              <w:jc w:val="center"/>
              <w:rPr>
                <w:sz w:val="24"/>
                <w:szCs w:val="24"/>
              </w:rPr>
            </w:pPr>
            <w:proofErr w:type="spellStart"/>
            <w:r w:rsidRPr="00186DBE">
              <w:rPr>
                <w:sz w:val="24"/>
                <w:szCs w:val="24"/>
              </w:rPr>
              <w:t>申請日期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14:paraId="0F6698CC" w14:textId="0A75DD80" w:rsidR="00B01C30" w:rsidRPr="00186DBE" w:rsidRDefault="00604BD2" w:rsidP="00031C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proofErr w:type="gramStart"/>
            <w:r w:rsidR="00B72322" w:rsidRPr="00186DBE">
              <w:rPr>
                <w:sz w:val="24"/>
                <w:szCs w:val="24"/>
              </w:rPr>
              <w:t>年　　月</w:t>
            </w:r>
            <w:proofErr w:type="gramEnd"/>
            <w:r w:rsidR="00B72322" w:rsidRPr="00186DBE">
              <w:rPr>
                <w:sz w:val="24"/>
                <w:szCs w:val="24"/>
              </w:rPr>
              <w:t xml:space="preserve">　　日</w:t>
            </w:r>
          </w:p>
        </w:tc>
      </w:tr>
      <w:tr w:rsidR="00B01C30" w:rsidRPr="00186DBE" w14:paraId="15A316A1" w14:textId="77777777" w:rsidTr="001F53F9">
        <w:trPr>
          <w:trHeight w:val="680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501081B" w14:textId="77777777" w:rsidR="00B01C30" w:rsidRPr="00186DBE" w:rsidRDefault="00B72322" w:rsidP="00E97417">
            <w:pPr>
              <w:jc w:val="center"/>
              <w:rPr>
                <w:sz w:val="24"/>
                <w:szCs w:val="24"/>
              </w:rPr>
            </w:pPr>
            <w:proofErr w:type="spellStart"/>
            <w:r w:rsidRPr="00186DBE">
              <w:rPr>
                <w:sz w:val="24"/>
                <w:szCs w:val="24"/>
              </w:rPr>
              <w:t>課程名稱</w:t>
            </w:r>
            <w:proofErr w:type="spellEnd"/>
          </w:p>
        </w:tc>
        <w:tc>
          <w:tcPr>
            <w:tcW w:w="2996" w:type="dxa"/>
            <w:shd w:val="clear" w:color="auto" w:fill="auto"/>
            <w:vAlign w:val="center"/>
          </w:tcPr>
          <w:p w14:paraId="33A0ACAE" w14:textId="77777777" w:rsidR="00B01C30" w:rsidRPr="00186DBE" w:rsidRDefault="00B01C30" w:rsidP="00E556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F2F2F2" w:themeFill="background1" w:themeFillShade="F2"/>
            <w:vAlign w:val="center"/>
          </w:tcPr>
          <w:p w14:paraId="360D63E1" w14:textId="77777777" w:rsidR="00B01C30" w:rsidRPr="00186DBE" w:rsidRDefault="00B72322" w:rsidP="00FE3B65">
            <w:pPr>
              <w:jc w:val="center"/>
              <w:rPr>
                <w:sz w:val="24"/>
                <w:szCs w:val="24"/>
              </w:rPr>
            </w:pPr>
            <w:proofErr w:type="spellStart"/>
            <w:r w:rsidRPr="00186DBE">
              <w:rPr>
                <w:sz w:val="24"/>
                <w:szCs w:val="24"/>
              </w:rPr>
              <w:t>課程類型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3ABD9252" w14:textId="77777777" w:rsidR="00B01C30" w:rsidRPr="00186DBE" w:rsidRDefault="00B72322" w:rsidP="00104C84">
            <w:pPr>
              <w:spacing w:line="320" w:lineRule="exact"/>
              <w:rPr>
                <w:sz w:val="24"/>
                <w:szCs w:val="24"/>
                <w:lang w:eastAsia="zh-TW"/>
              </w:rPr>
            </w:pPr>
            <w:r w:rsidRPr="00186DBE">
              <w:rPr>
                <w:sz w:val="24"/>
                <w:szCs w:val="24"/>
                <w:lang w:eastAsia="zh-TW"/>
              </w:rPr>
              <w:t>□銜接型 □探索型 □營隊型 □認列型</w:t>
            </w:r>
          </w:p>
        </w:tc>
      </w:tr>
      <w:tr w:rsidR="00B01C30" w:rsidRPr="00186DBE" w14:paraId="4CBB32C7" w14:textId="77777777" w:rsidTr="004718C6"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CA7D2DD" w14:textId="77777777" w:rsidR="00B01C30" w:rsidRPr="00186DBE" w:rsidRDefault="00B72322" w:rsidP="00E97417">
            <w:pPr>
              <w:jc w:val="center"/>
              <w:rPr>
                <w:sz w:val="24"/>
                <w:szCs w:val="24"/>
              </w:rPr>
            </w:pPr>
            <w:proofErr w:type="spellStart"/>
            <w:r w:rsidRPr="00186DBE">
              <w:rPr>
                <w:sz w:val="24"/>
                <w:szCs w:val="24"/>
              </w:rPr>
              <w:t>開課目的</w:t>
            </w:r>
            <w:proofErr w:type="spellEnd"/>
          </w:p>
        </w:tc>
        <w:tc>
          <w:tcPr>
            <w:tcW w:w="8050" w:type="dxa"/>
            <w:gridSpan w:val="3"/>
            <w:shd w:val="clear" w:color="auto" w:fill="auto"/>
            <w:vAlign w:val="bottom"/>
          </w:tcPr>
          <w:p w14:paraId="3D5140DA" w14:textId="77777777" w:rsidR="00B01C30" w:rsidRPr="00186DBE" w:rsidRDefault="00B01C30" w:rsidP="004718C6">
            <w:pPr>
              <w:jc w:val="both"/>
              <w:rPr>
                <w:sz w:val="24"/>
                <w:szCs w:val="24"/>
                <w:lang w:eastAsia="zh-TW"/>
              </w:rPr>
            </w:pPr>
          </w:p>
          <w:p w14:paraId="1BA60FDC" w14:textId="15C6C06F" w:rsidR="00B01C30" w:rsidRPr="00186DBE" w:rsidRDefault="004718C6" w:rsidP="004718C6">
            <w:pPr>
              <w:jc w:val="both"/>
              <w:rPr>
                <w:sz w:val="24"/>
                <w:szCs w:val="24"/>
              </w:rPr>
            </w:pPr>
            <w:proofErr w:type="gramStart"/>
            <w:r w:rsidRPr="004718C6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（</w:t>
            </w:r>
            <w:proofErr w:type="gramEnd"/>
            <w:r w:rsidRPr="004718C6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例：協助高中生提前認識教育領域課程內容，並銜接大學正式課程。）</w:t>
            </w:r>
          </w:p>
        </w:tc>
      </w:tr>
      <w:tr w:rsidR="00B01C30" w:rsidRPr="00186DBE" w14:paraId="4CE517FC" w14:textId="77777777" w:rsidTr="001F53F9">
        <w:trPr>
          <w:trHeight w:val="454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5ABF07E" w14:textId="77777777" w:rsidR="00B01C30" w:rsidRDefault="00B72322" w:rsidP="000F7D80">
            <w:pPr>
              <w:jc w:val="center"/>
              <w:rPr>
                <w:sz w:val="24"/>
                <w:szCs w:val="24"/>
              </w:rPr>
            </w:pPr>
            <w:proofErr w:type="spellStart"/>
            <w:r w:rsidRPr="00186DBE">
              <w:rPr>
                <w:sz w:val="24"/>
                <w:szCs w:val="24"/>
              </w:rPr>
              <w:t>適用對象</w:t>
            </w:r>
            <w:proofErr w:type="spellEnd"/>
          </w:p>
          <w:p w14:paraId="4497DD8D" w14:textId="60360636" w:rsidR="007B1C8D" w:rsidRPr="00186DBE" w:rsidRDefault="007B1C8D" w:rsidP="000F7D80">
            <w:pPr>
              <w:jc w:val="center"/>
              <w:rPr>
                <w:sz w:val="24"/>
                <w:szCs w:val="24"/>
              </w:rPr>
            </w:pPr>
            <w:r w:rsidRPr="002063B9">
              <w:rPr>
                <w:rFonts w:hint="eastAsia"/>
                <w:sz w:val="24"/>
                <w:szCs w:val="24"/>
              </w:rPr>
              <w:t>（</w:t>
            </w:r>
            <w:proofErr w:type="spellStart"/>
            <w:r w:rsidRPr="002063B9">
              <w:rPr>
                <w:rFonts w:hint="eastAsia"/>
                <w:sz w:val="24"/>
                <w:szCs w:val="24"/>
              </w:rPr>
              <w:t>可複選</w:t>
            </w:r>
            <w:proofErr w:type="spellEnd"/>
            <w:r w:rsidRPr="002063B9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2996" w:type="dxa"/>
            <w:shd w:val="clear" w:color="auto" w:fill="auto"/>
            <w:vAlign w:val="center"/>
          </w:tcPr>
          <w:p w14:paraId="52D02D24" w14:textId="58F252BD" w:rsidR="002063B9" w:rsidRDefault="002063B9" w:rsidP="00BE22BE">
            <w:pPr>
              <w:spacing w:line="360" w:lineRule="exact"/>
              <w:jc w:val="both"/>
              <w:rPr>
                <w:sz w:val="24"/>
                <w:szCs w:val="24"/>
                <w:lang w:eastAsia="zh-TW"/>
              </w:rPr>
            </w:pPr>
            <w:r w:rsidRPr="00186DBE">
              <w:rPr>
                <w:sz w:val="24"/>
                <w:szCs w:val="24"/>
                <w:lang w:eastAsia="zh-TW"/>
              </w:rPr>
              <w:t>□</w:t>
            </w:r>
            <w:r>
              <w:rPr>
                <w:rFonts w:hint="eastAsia"/>
                <w:sz w:val="24"/>
                <w:szCs w:val="24"/>
                <w:lang w:eastAsia="zh-TW"/>
              </w:rPr>
              <w:t>本校準新生</w:t>
            </w:r>
            <w:r w:rsidR="00A91E82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186DBE">
              <w:rPr>
                <w:sz w:val="24"/>
                <w:szCs w:val="24"/>
                <w:lang w:eastAsia="zh-TW"/>
              </w:rPr>
              <w:t>□</w:t>
            </w:r>
            <w:r w:rsidR="000D5160">
              <w:rPr>
                <w:rFonts w:hint="eastAsia"/>
                <w:sz w:val="24"/>
                <w:szCs w:val="24"/>
                <w:lang w:eastAsia="zh-TW"/>
              </w:rPr>
              <w:t>他校學生</w:t>
            </w:r>
          </w:p>
          <w:p w14:paraId="111B3B39" w14:textId="00FED773" w:rsidR="000D5160" w:rsidRPr="00186DBE" w:rsidRDefault="002063B9" w:rsidP="00BE22BE">
            <w:pPr>
              <w:spacing w:line="360" w:lineRule="exact"/>
              <w:jc w:val="both"/>
              <w:rPr>
                <w:sz w:val="24"/>
                <w:szCs w:val="24"/>
                <w:lang w:eastAsia="zh-TW"/>
              </w:rPr>
            </w:pPr>
            <w:r w:rsidRPr="00186DBE">
              <w:rPr>
                <w:sz w:val="24"/>
                <w:szCs w:val="24"/>
                <w:lang w:eastAsia="zh-TW"/>
              </w:rPr>
              <w:t>□</w:t>
            </w:r>
            <w:r w:rsidR="000D5160">
              <w:rPr>
                <w:rFonts w:hint="eastAsia"/>
                <w:sz w:val="24"/>
                <w:szCs w:val="24"/>
                <w:lang w:eastAsia="zh-TW"/>
              </w:rPr>
              <w:t>高中職學生</w:t>
            </w:r>
            <w:r w:rsidR="00A91E82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0D5160" w:rsidRPr="00186DBE">
              <w:rPr>
                <w:sz w:val="24"/>
                <w:szCs w:val="24"/>
                <w:lang w:eastAsia="zh-TW"/>
              </w:rPr>
              <w:t>□</w:t>
            </w:r>
            <w:r w:rsidR="00494482">
              <w:rPr>
                <w:rFonts w:hint="eastAsia"/>
                <w:sz w:val="24"/>
                <w:szCs w:val="24"/>
                <w:lang w:eastAsia="zh-TW"/>
              </w:rPr>
              <w:t>一般學員</w:t>
            </w:r>
          </w:p>
        </w:tc>
        <w:tc>
          <w:tcPr>
            <w:tcW w:w="2503" w:type="dxa"/>
            <w:shd w:val="clear" w:color="auto" w:fill="F2F2F2" w:themeFill="background1" w:themeFillShade="F2"/>
            <w:vAlign w:val="center"/>
          </w:tcPr>
          <w:p w14:paraId="5CBBBABE" w14:textId="17DC6426" w:rsidR="00B01C30" w:rsidRPr="00186DBE" w:rsidRDefault="00B72322" w:rsidP="000F7D80">
            <w:pPr>
              <w:jc w:val="center"/>
              <w:rPr>
                <w:sz w:val="24"/>
                <w:szCs w:val="24"/>
              </w:rPr>
            </w:pPr>
            <w:proofErr w:type="spellStart"/>
            <w:r w:rsidRPr="00186DBE">
              <w:rPr>
                <w:sz w:val="24"/>
                <w:szCs w:val="24"/>
              </w:rPr>
              <w:t>預計</w:t>
            </w:r>
            <w:r w:rsidR="002201CE" w:rsidRPr="002201CE">
              <w:rPr>
                <w:rFonts w:hint="eastAsia"/>
                <w:sz w:val="24"/>
                <w:szCs w:val="24"/>
              </w:rPr>
              <w:t>修課</w:t>
            </w:r>
            <w:r w:rsidRPr="00186DBE">
              <w:rPr>
                <w:sz w:val="24"/>
                <w:szCs w:val="24"/>
              </w:rPr>
              <w:t>人數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14:paraId="28F7FE57" w14:textId="77777777" w:rsidR="00B01C30" w:rsidRPr="00186DBE" w:rsidRDefault="00B01C30" w:rsidP="000F7D80">
            <w:pPr>
              <w:jc w:val="center"/>
              <w:rPr>
                <w:sz w:val="24"/>
                <w:szCs w:val="24"/>
              </w:rPr>
            </w:pPr>
          </w:p>
        </w:tc>
      </w:tr>
      <w:tr w:rsidR="00B01C30" w:rsidRPr="00186DBE" w14:paraId="105C2659" w14:textId="77777777" w:rsidTr="004718C6">
        <w:trPr>
          <w:trHeight w:val="454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0BD60A39" w14:textId="77777777" w:rsidR="00B01C30" w:rsidRPr="00186DBE" w:rsidRDefault="00B72322" w:rsidP="000F7D80">
            <w:pPr>
              <w:jc w:val="center"/>
              <w:rPr>
                <w:sz w:val="24"/>
                <w:szCs w:val="24"/>
              </w:rPr>
            </w:pPr>
            <w:proofErr w:type="spellStart"/>
            <w:r w:rsidRPr="00186DBE">
              <w:rPr>
                <w:sz w:val="24"/>
                <w:szCs w:val="24"/>
              </w:rPr>
              <w:t>授課教師</w:t>
            </w:r>
            <w:proofErr w:type="spellEnd"/>
          </w:p>
        </w:tc>
        <w:tc>
          <w:tcPr>
            <w:tcW w:w="2996" w:type="dxa"/>
            <w:shd w:val="clear" w:color="auto" w:fill="auto"/>
            <w:vAlign w:val="center"/>
          </w:tcPr>
          <w:p w14:paraId="2D52E0DC" w14:textId="77777777" w:rsidR="00B01C30" w:rsidRPr="00186DBE" w:rsidRDefault="00B01C30" w:rsidP="000F7D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F2F2F2" w:themeFill="background1" w:themeFillShade="F2"/>
            <w:vAlign w:val="center"/>
          </w:tcPr>
          <w:p w14:paraId="5F891B95" w14:textId="23B82234" w:rsidR="00B01C30" w:rsidRPr="00186DBE" w:rsidRDefault="00B72322" w:rsidP="000F7D80">
            <w:pPr>
              <w:jc w:val="center"/>
              <w:rPr>
                <w:sz w:val="24"/>
                <w:szCs w:val="24"/>
              </w:rPr>
            </w:pPr>
            <w:proofErr w:type="spellStart"/>
            <w:r w:rsidRPr="00186DBE">
              <w:rPr>
                <w:sz w:val="24"/>
                <w:szCs w:val="24"/>
              </w:rPr>
              <w:t>課程時數</w:t>
            </w:r>
            <w:proofErr w:type="spellEnd"/>
          </w:p>
        </w:tc>
        <w:tc>
          <w:tcPr>
            <w:tcW w:w="2551" w:type="dxa"/>
            <w:shd w:val="clear" w:color="auto" w:fill="auto"/>
            <w:vAlign w:val="bottom"/>
          </w:tcPr>
          <w:p w14:paraId="29F3FDCB" w14:textId="30B19CDB" w:rsidR="00B01C30" w:rsidRPr="00186DBE" w:rsidRDefault="004718C6" w:rsidP="004718C6">
            <w:pPr>
              <w:jc w:val="center"/>
              <w:rPr>
                <w:sz w:val="24"/>
                <w:szCs w:val="24"/>
              </w:rPr>
            </w:pPr>
            <w:proofErr w:type="gramStart"/>
            <w:r w:rsidRPr="004718C6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（</w:t>
            </w:r>
            <w:proofErr w:type="gramEnd"/>
            <w:r w:rsidRPr="004718C6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例：</w:t>
            </w:r>
            <w:r w:rsidR="00F838D4">
              <w:rPr>
                <w:rFonts w:cs="新細明體" w:hint="eastAsia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36</w:t>
            </w:r>
            <w:r w:rsidRPr="004718C6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小時</w:t>
            </w:r>
            <w:proofErr w:type="gramStart"/>
            <w:r w:rsidRPr="004718C6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）</w:t>
            </w:r>
            <w:proofErr w:type="gramEnd"/>
          </w:p>
        </w:tc>
      </w:tr>
      <w:tr w:rsidR="00B01C30" w:rsidRPr="00186DBE" w14:paraId="58EC7E2A" w14:textId="77777777" w:rsidTr="00C126F0">
        <w:trPr>
          <w:trHeight w:val="454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3A37D064" w14:textId="77777777" w:rsidR="00B01C30" w:rsidRPr="00186DBE" w:rsidRDefault="00B72322" w:rsidP="000F7D80">
            <w:pPr>
              <w:jc w:val="center"/>
              <w:rPr>
                <w:sz w:val="24"/>
                <w:szCs w:val="24"/>
              </w:rPr>
            </w:pPr>
            <w:proofErr w:type="spellStart"/>
            <w:r w:rsidRPr="00186DBE">
              <w:rPr>
                <w:sz w:val="24"/>
                <w:szCs w:val="24"/>
              </w:rPr>
              <w:t>實施期間</w:t>
            </w:r>
            <w:proofErr w:type="spellEnd"/>
          </w:p>
        </w:tc>
        <w:tc>
          <w:tcPr>
            <w:tcW w:w="2996" w:type="dxa"/>
            <w:shd w:val="clear" w:color="auto" w:fill="auto"/>
            <w:vAlign w:val="center"/>
          </w:tcPr>
          <w:p w14:paraId="56816DFE" w14:textId="77777777" w:rsidR="00F62840" w:rsidRPr="00F62840" w:rsidRDefault="00F62840" w:rsidP="00F62840">
            <w:pPr>
              <w:spacing w:line="320" w:lineRule="exact"/>
              <w:jc w:val="both"/>
              <w:rPr>
                <w:sz w:val="24"/>
                <w:szCs w:val="24"/>
                <w:lang w:eastAsia="zh-TW"/>
              </w:rPr>
            </w:pPr>
            <w:r w:rsidRPr="00F62840">
              <w:rPr>
                <w:rFonts w:hint="eastAsia"/>
                <w:sz w:val="24"/>
                <w:szCs w:val="24"/>
                <w:lang w:eastAsia="zh-TW"/>
              </w:rPr>
              <w:t>自　　年　　月　　日</w:t>
            </w:r>
          </w:p>
          <w:p w14:paraId="0A425EAE" w14:textId="3E659CE3" w:rsidR="00B01C30" w:rsidRPr="00186DBE" w:rsidRDefault="00F62840" w:rsidP="00F62840">
            <w:pPr>
              <w:spacing w:line="320" w:lineRule="exact"/>
              <w:jc w:val="both"/>
              <w:rPr>
                <w:sz w:val="24"/>
                <w:szCs w:val="24"/>
              </w:rPr>
            </w:pPr>
            <w:r w:rsidRPr="00F62840">
              <w:rPr>
                <w:rFonts w:hint="eastAsia"/>
                <w:sz w:val="24"/>
                <w:szCs w:val="24"/>
                <w:lang w:eastAsia="zh-TW"/>
              </w:rPr>
              <w:t>至　　年　　月　　日</w:t>
            </w:r>
          </w:p>
        </w:tc>
        <w:tc>
          <w:tcPr>
            <w:tcW w:w="2503" w:type="dxa"/>
            <w:shd w:val="clear" w:color="auto" w:fill="F2F2F2" w:themeFill="background1" w:themeFillShade="F2"/>
            <w:vAlign w:val="center"/>
          </w:tcPr>
          <w:p w14:paraId="2F36DE3A" w14:textId="246986BF" w:rsidR="00B01C30" w:rsidRPr="00186DBE" w:rsidRDefault="002F211E" w:rsidP="000F7D80">
            <w:pPr>
              <w:jc w:val="center"/>
              <w:rPr>
                <w:sz w:val="24"/>
                <w:szCs w:val="24"/>
              </w:rPr>
            </w:pPr>
            <w:proofErr w:type="spellStart"/>
            <w:r w:rsidRPr="00186DBE">
              <w:rPr>
                <w:sz w:val="24"/>
                <w:szCs w:val="24"/>
              </w:rPr>
              <w:t>實施</w:t>
            </w:r>
            <w:proofErr w:type="spellEnd"/>
            <w:r>
              <w:rPr>
                <w:rFonts w:hint="eastAsia"/>
                <w:sz w:val="24"/>
                <w:szCs w:val="24"/>
                <w:lang w:eastAsia="zh-TW"/>
              </w:rPr>
              <w:t>地點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6F82691" w14:textId="3D073A2D" w:rsidR="00B01C30" w:rsidRPr="00186DBE" w:rsidRDefault="00C126F0" w:rsidP="00C126F0">
            <w:pPr>
              <w:spacing w:line="320" w:lineRule="exact"/>
              <w:jc w:val="center"/>
              <w:rPr>
                <w:sz w:val="24"/>
                <w:szCs w:val="24"/>
              </w:rPr>
            </w:pPr>
            <w:proofErr w:type="gramStart"/>
            <w:r w:rsidRPr="004718C6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（</w:t>
            </w:r>
            <w:proofErr w:type="gramEnd"/>
            <w:r w:rsidRPr="004718C6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例：</w:t>
            </w:r>
            <w:r>
              <w:rPr>
                <w:rFonts w:cs="新細明體" w:hint="eastAsia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本系○○○教室</w:t>
            </w:r>
            <w:proofErr w:type="gramStart"/>
            <w:r w:rsidRPr="004718C6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）</w:t>
            </w:r>
            <w:proofErr w:type="gramEnd"/>
          </w:p>
        </w:tc>
      </w:tr>
      <w:tr w:rsidR="002F211E" w:rsidRPr="00186DBE" w14:paraId="7ACDAA88" w14:textId="77777777" w:rsidTr="00B95924">
        <w:trPr>
          <w:trHeight w:val="454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13C3530C" w14:textId="77914B73" w:rsidR="002F211E" w:rsidRPr="00186DBE" w:rsidRDefault="002F211E" w:rsidP="000F7D80">
            <w:pPr>
              <w:jc w:val="center"/>
              <w:rPr>
                <w:sz w:val="24"/>
                <w:szCs w:val="24"/>
              </w:rPr>
            </w:pPr>
            <w:proofErr w:type="spellStart"/>
            <w:r w:rsidRPr="00186DBE">
              <w:rPr>
                <w:sz w:val="24"/>
                <w:szCs w:val="24"/>
              </w:rPr>
              <w:t>實施方式</w:t>
            </w:r>
            <w:proofErr w:type="spellEnd"/>
          </w:p>
        </w:tc>
        <w:tc>
          <w:tcPr>
            <w:tcW w:w="8050" w:type="dxa"/>
            <w:gridSpan w:val="3"/>
            <w:shd w:val="clear" w:color="auto" w:fill="auto"/>
            <w:vAlign w:val="bottom"/>
          </w:tcPr>
          <w:p w14:paraId="5783EAA5" w14:textId="51FF00BF" w:rsidR="007805F5" w:rsidRPr="00186DBE" w:rsidRDefault="00B95924" w:rsidP="00B95924">
            <w:pPr>
              <w:jc w:val="both"/>
              <w:rPr>
                <w:sz w:val="24"/>
                <w:szCs w:val="24"/>
                <w:lang w:eastAsia="zh-TW"/>
              </w:rPr>
            </w:pPr>
            <w:proofErr w:type="gramStart"/>
            <w:r w:rsidRPr="00B95924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（</w:t>
            </w:r>
            <w:proofErr w:type="gramEnd"/>
            <w:r w:rsidRPr="00B95924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例：</w:t>
            </w:r>
            <w:r w:rsidR="00E04DF2">
              <w:rPr>
                <w:rFonts w:cs="新細明體" w:hint="eastAsia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課堂教學</w:t>
            </w:r>
            <w:r w:rsidRPr="00B95924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、</w:t>
            </w:r>
            <w:r w:rsidR="00E04DF2">
              <w:rPr>
                <w:rFonts w:cs="新細明體" w:hint="eastAsia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營隊、工作坊</w:t>
            </w:r>
            <w:proofErr w:type="gramStart"/>
            <w:r w:rsidRPr="00B95924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）</w:t>
            </w:r>
            <w:proofErr w:type="gramEnd"/>
          </w:p>
        </w:tc>
      </w:tr>
      <w:tr w:rsidR="00B01C30" w:rsidRPr="00186DBE" w14:paraId="1DAA89B0" w14:textId="77777777" w:rsidTr="008870FF">
        <w:trPr>
          <w:trHeight w:val="454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03B0E3E8" w14:textId="77777777" w:rsidR="00B01C30" w:rsidRPr="00186DBE" w:rsidRDefault="00B72322" w:rsidP="00E97417">
            <w:pPr>
              <w:jc w:val="center"/>
              <w:rPr>
                <w:sz w:val="24"/>
                <w:szCs w:val="24"/>
              </w:rPr>
            </w:pPr>
            <w:proofErr w:type="spellStart"/>
            <w:r w:rsidRPr="00186DBE">
              <w:rPr>
                <w:sz w:val="24"/>
                <w:szCs w:val="24"/>
              </w:rPr>
              <w:t>修習條件</w:t>
            </w:r>
            <w:proofErr w:type="spellEnd"/>
          </w:p>
        </w:tc>
        <w:tc>
          <w:tcPr>
            <w:tcW w:w="8050" w:type="dxa"/>
            <w:gridSpan w:val="3"/>
            <w:shd w:val="clear" w:color="auto" w:fill="auto"/>
            <w:vAlign w:val="bottom"/>
          </w:tcPr>
          <w:p w14:paraId="554A479F" w14:textId="6E3C0A58" w:rsidR="00B01C30" w:rsidRPr="00186DBE" w:rsidRDefault="008870FF" w:rsidP="008870FF">
            <w:pPr>
              <w:jc w:val="both"/>
              <w:rPr>
                <w:sz w:val="24"/>
                <w:szCs w:val="24"/>
                <w:lang w:eastAsia="zh-TW"/>
              </w:rPr>
            </w:pPr>
            <w:proofErr w:type="gramStart"/>
            <w:r w:rsidRPr="008870FF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（</w:t>
            </w:r>
            <w:proofErr w:type="gramEnd"/>
            <w:r w:rsidRPr="008870FF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例：具高中職在學或畢業資格</w:t>
            </w:r>
            <w:proofErr w:type="gramStart"/>
            <w:r w:rsidRPr="008870FF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）</w:t>
            </w:r>
            <w:proofErr w:type="gramEnd"/>
          </w:p>
        </w:tc>
      </w:tr>
      <w:tr w:rsidR="00B01C30" w:rsidRPr="00186DBE" w14:paraId="127E4A3F" w14:textId="77777777" w:rsidTr="002E257E">
        <w:trPr>
          <w:trHeight w:val="454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3270E022" w14:textId="77777777" w:rsidR="00B01C30" w:rsidRPr="00186DBE" w:rsidRDefault="00B72322" w:rsidP="00E97417">
            <w:pPr>
              <w:jc w:val="center"/>
              <w:rPr>
                <w:sz w:val="24"/>
                <w:szCs w:val="24"/>
              </w:rPr>
            </w:pPr>
            <w:proofErr w:type="spellStart"/>
            <w:r w:rsidRPr="00186DBE">
              <w:rPr>
                <w:sz w:val="24"/>
                <w:szCs w:val="24"/>
              </w:rPr>
              <w:t>評量方式</w:t>
            </w:r>
            <w:proofErr w:type="spellEnd"/>
          </w:p>
        </w:tc>
        <w:tc>
          <w:tcPr>
            <w:tcW w:w="8050" w:type="dxa"/>
            <w:gridSpan w:val="3"/>
            <w:shd w:val="clear" w:color="auto" w:fill="auto"/>
            <w:vAlign w:val="bottom"/>
          </w:tcPr>
          <w:p w14:paraId="26868A8F" w14:textId="3150E1ED" w:rsidR="00B01C30" w:rsidRPr="00186DBE" w:rsidRDefault="002E257E" w:rsidP="002E257E">
            <w:pPr>
              <w:jc w:val="both"/>
              <w:rPr>
                <w:sz w:val="24"/>
                <w:szCs w:val="24"/>
                <w:lang w:eastAsia="zh-TW"/>
              </w:rPr>
            </w:pPr>
            <w:proofErr w:type="gramStart"/>
            <w:r w:rsidRPr="002E257E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（</w:t>
            </w:r>
            <w:proofErr w:type="gramEnd"/>
            <w:r w:rsidRPr="002E257E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例：課堂參與30%、作業40%、成果報告30%</w:t>
            </w:r>
            <w:proofErr w:type="gramStart"/>
            <w:r w:rsidRPr="002E257E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）</w:t>
            </w:r>
            <w:proofErr w:type="gramEnd"/>
          </w:p>
        </w:tc>
      </w:tr>
      <w:tr w:rsidR="00B01C30" w:rsidRPr="00186DBE" w14:paraId="73343566" w14:textId="77777777" w:rsidTr="00B44893"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0A6F219B" w14:textId="77777777" w:rsidR="00C17349" w:rsidRDefault="00B72322" w:rsidP="00E97417">
            <w:pPr>
              <w:jc w:val="center"/>
              <w:rPr>
                <w:sz w:val="24"/>
                <w:szCs w:val="24"/>
                <w:lang w:eastAsia="zh-TW"/>
              </w:rPr>
            </w:pPr>
            <w:r w:rsidRPr="00186DBE">
              <w:rPr>
                <w:sz w:val="24"/>
                <w:szCs w:val="24"/>
                <w:lang w:eastAsia="zh-TW"/>
              </w:rPr>
              <w:t>是否</w:t>
            </w:r>
            <w:r w:rsidR="00D65454">
              <w:rPr>
                <w:rFonts w:hint="eastAsia"/>
                <w:sz w:val="24"/>
                <w:szCs w:val="24"/>
                <w:lang w:eastAsia="zh-TW"/>
              </w:rPr>
              <w:t>供學生</w:t>
            </w:r>
          </w:p>
          <w:p w14:paraId="11F31281" w14:textId="7E908C9B" w:rsidR="00B01C30" w:rsidRPr="00186DBE" w:rsidRDefault="00B72322" w:rsidP="00E97417">
            <w:pPr>
              <w:jc w:val="center"/>
              <w:rPr>
                <w:sz w:val="24"/>
                <w:szCs w:val="24"/>
                <w:lang w:eastAsia="zh-TW"/>
              </w:rPr>
            </w:pPr>
            <w:r w:rsidRPr="00186DBE">
              <w:rPr>
                <w:sz w:val="24"/>
                <w:szCs w:val="24"/>
                <w:lang w:eastAsia="zh-TW"/>
              </w:rPr>
              <w:t>申請學分抵免</w:t>
            </w:r>
          </w:p>
        </w:tc>
        <w:tc>
          <w:tcPr>
            <w:tcW w:w="2996" w:type="dxa"/>
            <w:shd w:val="clear" w:color="auto" w:fill="auto"/>
            <w:vAlign w:val="center"/>
          </w:tcPr>
          <w:p w14:paraId="35199A82" w14:textId="77777777" w:rsidR="00B01C30" w:rsidRPr="00186DBE" w:rsidRDefault="00B72322" w:rsidP="00323B51">
            <w:pPr>
              <w:jc w:val="both"/>
              <w:rPr>
                <w:sz w:val="24"/>
                <w:szCs w:val="24"/>
              </w:rPr>
            </w:pPr>
            <w:r w:rsidRPr="00186DBE">
              <w:rPr>
                <w:sz w:val="24"/>
                <w:szCs w:val="24"/>
              </w:rPr>
              <w:t>□是 □否</w:t>
            </w:r>
          </w:p>
        </w:tc>
        <w:tc>
          <w:tcPr>
            <w:tcW w:w="2503" w:type="dxa"/>
            <w:shd w:val="clear" w:color="auto" w:fill="F2F2F2" w:themeFill="background1" w:themeFillShade="F2"/>
            <w:vAlign w:val="center"/>
          </w:tcPr>
          <w:p w14:paraId="3249372F" w14:textId="331B5F94" w:rsidR="00B01C30" w:rsidRPr="00186DBE" w:rsidRDefault="00B72322" w:rsidP="00E67BE1">
            <w:pPr>
              <w:jc w:val="center"/>
              <w:rPr>
                <w:sz w:val="24"/>
                <w:szCs w:val="24"/>
              </w:rPr>
            </w:pPr>
            <w:proofErr w:type="gramStart"/>
            <w:r w:rsidRPr="00186DBE">
              <w:rPr>
                <w:sz w:val="24"/>
                <w:szCs w:val="24"/>
              </w:rPr>
              <w:t>擬</w:t>
            </w:r>
            <w:r w:rsidR="00286A02">
              <w:rPr>
                <w:rFonts w:hint="eastAsia"/>
                <w:sz w:val="24"/>
                <w:szCs w:val="24"/>
                <w:lang w:eastAsia="zh-TW"/>
              </w:rPr>
              <w:t>認列</w:t>
            </w:r>
            <w:proofErr w:type="spellStart"/>
            <w:proofErr w:type="gramEnd"/>
            <w:r w:rsidRPr="00186DBE">
              <w:rPr>
                <w:sz w:val="24"/>
                <w:szCs w:val="24"/>
              </w:rPr>
              <w:t>學分數</w:t>
            </w:r>
            <w:proofErr w:type="spellEnd"/>
          </w:p>
        </w:tc>
        <w:tc>
          <w:tcPr>
            <w:tcW w:w="2551" w:type="dxa"/>
            <w:shd w:val="clear" w:color="auto" w:fill="auto"/>
            <w:vAlign w:val="bottom"/>
          </w:tcPr>
          <w:p w14:paraId="3DD6C444" w14:textId="2761AFA4" w:rsidR="00B01C30" w:rsidRPr="00186DBE" w:rsidRDefault="00B44893" w:rsidP="00B44893">
            <w:pPr>
              <w:jc w:val="center"/>
              <w:rPr>
                <w:sz w:val="24"/>
                <w:szCs w:val="24"/>
              </w:rPr>
            </w:pPr>
            <w:proofErr w:type="gramStart"/>
            <w:r w:rsidRPr="004718C6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（</w:t>
            </w:r>
            <w:proofErr w:type="gramEnd"/>
            <w:r w:rsidRPr="004718C6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例：</w:t>
            </w:r>
            <w:r>
              <w:rPr>
                <w:rFonts w:cs="新細明體" w:hint="eastAsia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2學分</w:t>
            </w:r>
            <w:proofErr w:type="gramStart"/>
            <w:r w:rsidRPr="004718C6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）</w:t>
            </w:r>
            <w:proofErr w:type="gramEnd"/>
          </w:p>
        </w:tc>
      </w:tr>
      <w:tr w:rsidR="00DD2234" w:rsidRPr="00186DBE" w14:paraId="1FEDA563" w14:textId="77777777" w:rsidTr="005C00A4"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073D731A" w14:textId="20AD7321" w:rsidR="00DD2234" w:rsidRPr="00186DBE" w:rsidRDefault="00DD2234" w:rsidP="00E97417">
            <w:pPr>
              <w:jc w:val="center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是否計入教師基本</w:t>
            </w:r>
            <w:r w:rsidR="00F63A64">
              <w:rPr>
                <w:rFonts w:hint="eastAsia"/>
                <w:sz w:val="24"/>
                <w:szCs w:val="24"/>
                <w:lang w:eastAsia="zh-TW"/>
              </w:rPr>
              <w:t>授課時數</w:t>
            </w:r>
          </w:p>
        </w:tc>
        <w:tc>
          <w:tcPr>
            <w:tcW w:w="2996" w:type="dxa"/>
            <w:shd w:val="clear" w:color="auto" w:fill="auto"/>
            <w:vAlign w:val="center"/>
          </w:tcPr>
          <w:p w14:paraId="5B756F81" w14:textId="2CF56F08" w:rsidR="00DD2234" w:rsidRPr="00186DBE" w:rsidRDefault="00DD2234" w:rsidP="00323B51">
            <w:pPr>
              <w:jc w:val="both"/>
              <w:rPr>
                <w:sz w:val="24"/>
                <w:szCs w:val="24"/>
              </w:rPr>
            </w:pPr>
            <w:r w:rsidRPr="00186DBE">
              <w:rPr>
                <w:sz w:val="24"/>
                <w:szCs w:val="24"/>
              </w:rPr>
              <w:t>□是 □否</w:t>
            </w:r>
          </w:p>
        </w:tc>
        <w:tc>
          <w:tcPr>
            <w:tcW w:w="2503" w:type="dxa"/>
            <w:shd w:val="clear" w:color="auto" w:fill="F2F2F2" w:themeFill="background1" w:themeFillShade="F2"/>
            <w:vAlign w:val="center"/>
          </w:tcPr>
          <w:p w14:paraId="43439782" w14:textId="7437DA51" w:rsidR="00DD2234" w:rsidRPr="00186DBE" w:rsidRDefault="00DD2234" w:rsidP="003C6CC2">
            <w:pPr>
              <w:jc w:val="center"/>
              <w:rPr>
                <w:sz w:val="24"/>
                <w:szCs w:val="24"/>
                <w:lang w:eastAsia="zh-TW"/>
              </w:rPr>
            </w:pPr>
            <w:r w:rsidRPr="00186DBE">
              <w:rPr>
                <w:sz w:val="24"/>
                <w:szCs w:val="24"/>
                <w:lang w:eastAsia="zh-TW"/>
              </w:rPr>
              <w:t>擬</w:t>
            </w:r>
            <w:proofErr w:type="gramStart"/>
            <w:r>
              <w:rPr>
                <w:rFonts w:hint="eastAsia"/>
                <w:sz w:val="24"/>
                <w:szCs w:val="24"/>
                <w:lang w:eastAsia="zh-TW"/>
              </w:rPr>
              <w:t>採</w:t>
            </w:r>
            <w:proofErr w:type="gramEnd"/>
            <w:r>
              <w:rPr>
                <w:rFonts w:hint="eastAsia"/>
                <w:sz w:val="24"/>
                <w:szCs w:val="24"/>
                <w:lang w:eastAsia="zh-TW"/>
              </w:rPr>
              <w:t>計教師</w:t>
            </w:r>
            <w:r w:rsidR="00F63A64">
              <w:rPr>
                <w:rFonts w:hint="eastAsia"/>
                <w:sz w:val="24"/>
                <w:szCs w:val="24"/>
                <w:lang w:eastAsia="zh-TW"/>
              </w:rPr>
              <w:t>基本授課時數</w:t>
            </w:r>
            <w:r>
              <w:rPr>
                <w:rFonts w:hint="eastAsia"/>
                <w:sz w:val="24"/>
                <w:szCs w:val="24"/>
                <w:lang w:eastAsia="zh-TW"/>
              </w:rPr>
              <w:t>(至多2學分)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318226F" w14:textId="51EA2860" w:rsidR="00DD2234" w:rsidRPr="00186DBE" w:rsidRDefault="005C00A4" w:rsidP="005C00A4">
            <w:pPr>
              <w:jc w:val="center"/>
              <w:rPr>
                <w:sz w:val="24"/>
                <w:szCs w:val="24"/>
                <w:lang w:eastAsia="zh-TW"/>
              </w:rPr>
            </w:pPr>
            <w:proofErr w:type="gramStart"/>
            <w:r w:rsidRPr="004718C6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（</w:t>
            </w:r>
            <w:proofErr w:type="gramEnd"/>
            <w:r w:rsidRPr="004718C6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例：</w:t>
            </w:r>
            <w:r>
              <w:rPr>
                <w:rFonts w:cs="新細明體" w:hint="eastAsia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2學分</w:t>
            </w:r>
            <w:proofErr w:type="gramStart"/>
            <w:r w:rsidRPr="004718C6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）</w:t>
            </w:r>
            <w:proofErr w:type="gramEnd"/>
          </w:p>
        </w:tc>
      </w:tr>
      <w:tr w:rsidR="00B01C30" w:rsidRPr="00186DBE" w14:paraId="2F660D1B" w14:textId="77777777" w:rsidTr="00E76C08"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34F17BF2" w14:textId="77777777" w:rsidR="00B01C30" w:rsidRPr="00186DBE" w:rsidRDefault="00B72322" w:rsidP="00E97417">
            <w:pPr>
              <w:jc w:val="center"/>
              <w:rPr>
                <w:sz w:val="24"/>
                <w:szCs w:val="24"/>
              </w:rPr>
            </w:pPr>
            <w:proofErr w:type="spellStart"/>
            <w:r w:rsidRPr="00186DBE">
              <w:rPr>
                <w:sz w:val="24"/>
                <w:szCs w:val="24"/>
              </w:rPr>
              <w:t>經費來源</w:t>
            </w:r>
            <w:proofErr w:type="spellEnd"/>
          </w:p>
        </w:tc>
        <w:tc>
          <w:tcPr>
            <w:tcW w:w="8050" w:type="dxa"/>
            <w:gridSpan w:val="3"/>
            <w:shd w:val="clear" w:color="auto" w:fill="auto"/>
            <w:vAlign w:val="bottom"/>
          </w:tcPr>
          <w:p w14:paraId="2F2CD05A" w14:textId="77777777" w:rsidR="00B01C30" w:rsidRPr="00186DBE" w:rsidRDefault="00B01C30" w:rsidP="00E76C08">
            <w:pPr>
              <w:jc w:val="both"/>
              <w:rPr>
                <w:sz w:val="24"/>
                <w:szCs w:val="24"/>
                <w:lang w:eastAsia="zh-TW"/>
              </w:rPr>
            </w:pPr>
          </w:p>
          <w:p w14:paraId="295EA82A" w14:textId="01192984" w:rsidR="00B01C30" w:rsidRPr="00186DBE" w:rsidRDefault="00E76C08" w:rsidP="00E76C08">
            <w:pPr>
              <w:jc w:val="both"/>
              <w:rPr>
                <w:sz w:val="24"/>
                <w:szCs w:val="24"/>
                <w:lang w:eastAsia="zh-TW"/>
              </w:rPr>
            </w:pPr>
            <w:proofErr w:type="gramStart"/>
            <w:r w:rsidRPr="00E76C08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（</w:t>
            </w:r>
            <w:proofErr w:type="gramEnd"/>
            <w:r w:rsidRPr="00E76C08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例：高教深耕計畫經費</w:t>
            </w:r>
            <w:proofErr w:type="gramStart"/>
            <w:r w:rsidRPr="00E76C08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）</w:t>
            </w:r>
            <w:proofErr w:type="gramEnd"/>
          </w:p>
        </w:tc>
      </w:tr>
      <w:tr w:rsidR="00B01C30" w:rsidRPr="00186DBE" w14:paraId="620B4C07" w14:textId="77777777" w:rsidTr="00CA7E01"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91180F9" w14:textId="77777777" w:rsidR="00B01C30" w:rsidRPr="00186DBE" w:rsidRDefault="00B72322" w:rsidP="00E97417">
            <w:pPr>
              <w:jc w:val="center"/>
              <w:rPr>
                <w:sz w:val="24"/>
                <w:szCs w:val="24"/>
                <w:lang w:eastAsia="zh-TW"/>
              </w:rPr>
            </w:pPr>
            <w:r w:rsidRPr="00186DBE">
              <w:rPr>
                <w:sz w:val="24"/>
                <w:szCs w:val="24"/>
                <w:lang w:eastAsia="zh-TW"/>
              </w:rPr>
              <w:t>開課單位課程相關會議決議</w:t>
            </w:r>
          </w:p>
        </w:tc>
        <w:tc>
          <w:tcPr>
            <w:tcW w:w="8050" w:type="dxa"/>
            <w:gridSpan w:val="3"/>
            <w:shd w:val="clear" w:color="auto" w:fill="auto"/>
            <w:vAlign w:val="bottom"/>
          </w:tcPr>
          <w:p w14:paraId="6DB8DEA8" w14:textId="77777777" w:rsidR="00B01C30" w:rsidRPr="00186DBE" w:rsidRDefault="00B01C30" w:rsidP="00CA7E01">
            <w:pPr>
              <w:jc w:val="both"/>
              <w:rPr>
                <w:sz w:val="24"/>
                <w:szCs w:val="24"/>
                <w:lang w:eastAsia="zh-TW"/>
              </w:rPr>
            </w:pPr>
          </w:p>
          <w:p w14:paraId="6842B449" w14:textId="5B6E6204" w:rsidR="00B01C30" w:rsidRPr="00186DBE" w:rsidRDefault="00CA7E01" w:rsidP="00CA7E01">
            <w:pPr>
              <w:jc w:val="both"/>
              <w:rPr>
                <w:sz w:val="24"/>
                <w:szCs w:val="24"/>
                <w:lang w:eastAsia="zh-TW"/>
              </w:rPr>
            </w:pPr>
            <w:proofErr w:type="gramStart"/>
            <w:r w:rsidRPr="00CA7E01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（</w:t>
            </w:r>
            <w:proofErr w:type="gramEnd"/>
            <w:r w:rsidRPr="00CA7E01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例：114學年度第2學期第</w:t>
            </w:r>
            <w:r w:rsidR="003E453C">
              <w:rPr>
                <w:rFonts w:cs="新細明體" w:hint="eastAsia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5</w:t>
            </w:r>
            <w:r w:rsidRPr="00CA7E01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次系課程會議決議通過</w:t>
            </w:r>
            <w:proofErr w:type="gramStart"/>
            <w:r w:rsidRPr="00CA7E01">
              <w:rPr>
                <w:rFonts w:cs="新細明體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）</w:t>
            </w:r>
            <w:proofErr w:type="gramEnd"/>
          </w:p>
        </w:tc>
      </w:tr>
      <w:tr w:rsidR="00B01C30" w:rsidRPr="00186DBE" w14:paraId="3478EF21" w14:textId="77777777" w:rsidTr="0083197A">
        <w:tc>
          <w:tcPr>
            <w:tcW w:w="1814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6709DE1" w14:textId="77777777" w:rsidR="00B01C30" w:rsidRPr="00186DBE" w:rsidRDefault="00B72322" w:rsidP="00E97417">
            <w:pPr>
              <w:jc w:val="center"/>
              <w:rPr>
                <w:sz w:val="24"/>
                <w:szCs w:val="24"/>
              </w:rPr>
            </w:pPr>
            <w:proofErr w:type="spellStart"/>
            <w:r w:rsidRPr="00186DBE">
              <w:rPr>
                <w:sz w:val="24"/>
                <w:szCs w:val="24"/>
              </w:rPr>
              <w:t>備註</w:t>
            </w:r>
            <w:proofErr w:type="spellEnd"/>
          </w:p>
        </w:tc>
        <w:tc>
          <w:tcPr>
            <w:tcW w:w="8050" w:type="dxa"/>
            <w:gridSpan w:val="3"/>
            <w:tcBorders>
              <w:bottom w:val="single" w:sz="8" w:space="0" w:color="auto"/>
            </w:tcBorders>
            <w:shd w:val="clear" w:color="auto" w:fill="auto"/>
          </w:tcPr>
          <w:p w14:paraId="0965ABD1" w14:textId="77777777" w:rsidR="00B01C30" w:rsidRPr="00186DBE" w:rsidRDefault="00B01C30">
            <w:pPr>
              <w:rPr>
                <w:sz w:val="24"/>
                <w:szCs w:val="24"/>
                <w:lang w:eastAsia="zh-TW"/>
              </w:rPr>
            </w:pPr>
          </w:p>
          <w:p w14:paraId="056951EF" w14:textId="70432DEB" w:rsidR="00B01C30" w:rsidRPr="00186DBE" w:rsidRDefault="00C01952">
            <w:pPr>
              <w:rPr>
                <w:sz w:val="24"/>
                <w:szCs w:val="24"/>
              </w:rPr>
            </w:pPr>
            <w:r>
              <w:rPr>
                <w:rFonts w:cs="新細明體" w:hint="eastAsia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(如需學</w:t>
            </w:r>
            <w:proofErr w:type="gramStart"/>
            <w:r>
              <w:rPr>
                <w:rFonts w:cs="新細明體" w:hint="eastAsia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務</w:t>
            </w:r>
            <w:proofErr w:type="gramEnd"/>
            <w:r>
              <w:rPr>
                <w:rFonts w:cs="新細明體" w:hint="eastAsia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處、總務處等相關單位之行政協助，請</w:t>
            </w:r>
            <w:r w:rsidR="001F4EEB">
              <w:rPr>
                <w:rFonts w:cs="新細明體" w:hint="eastAsia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依需求</w:t>
            </w:r>
            <w:r>
              <w:rPr>
                <w:rFonts w:cs="新細明體" w:hint="eastAsia"/>
                <w:color w:val="808080" w:themeColor="background1" w:themeShade="80"/>
                <w:kern w:val="2"/>
                <w:sz w:val="20"/>
                <w:szCs w:val="20"/>
                <w:lang w:eastAsia="zh-TW"/>
              </w:rPr>
              <w:t>敘明。）</w:t>
            </w:r>
          </w:p>
        </w:tc>
      </w:tr>
      <w:tr w:rsidR="00B01C30" w:rsidRPr="00186DBE" w14:paraId="1E485128" w14:textId="77777777" w:rsidTr="0083197A">
        <w:trPr>
          <w:trHeight w:val="454"/>
        </w:trPr>
        <w:tc>
          <w:tcPr>
            <w:tcW w:w="1814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812C495" w14:textId="77777777" w:rsidR="005D4E4F" w:rsidRDefault="007D511F" w:rsidP="00FB0AE5">
            <w:pPr>
              <w:jc w:val="center"/>
              <w:rPr>
                <w:sz w:val="24"/>
                <w:szCs w:val="24"/>
              </w:rPr>
            </w:pPr>
            <w:proofErr w:type="spellStart"/>
            <w:r w:rsidRPr="00186DBE">
              <w:rPr>
                <w:sz w:val="24"/>
                <w:szCs w:val="24"/>
              </w:rPr>
              <w:t>開課單位</w:t>
            </w:r>
            <w:proofErr w:type="spellEnd"/>
          </w:p>
          <w:p w14:paraId="1E7A8C66" w14:textId="769DA012" w:rsidR="00B01C30" w:rsidRPr="00186DBE" w:rsidRDefault="00B72322" w:rsidP="00FB0AE5">
            <w:pPr>
              <w:jc w:val="center"/>
              <w:rPr>
                <w:sz w:val="24"/>
                <w:szCs w:val="24"/>
                <w:lang w:eastAsia="zh-TW"/>
              </w:rPr>
            </w:pPr>
            <w:proofErr w:type="spellStart"/>
            <w:r w:rsidRPr="00186DBE">
              <w:rPr>
                <w:sz w:val="24"/>
                <w:szCs w:val="24"/>
              </w:rPr>
              <w:t>承辦人</w:t>
            </w:r>
            <w:proofErr w:type="spellEnd"/>
            <w:r w:rsidR="00013B79">
              <w:rPr>
                <w:rFonts w:hint="eastAsia"/>
                <w:sz w:val="24"/>
                <w:szCs w:val="24"/>
                <w:lang w:eastAsia="zh-TW"/>
              </w:rPr>
              <w:t>(核章</w:t>
            </w:r>
            <w:r w:rsidR="00013B79">
              <w:rPr>
                <w:sz w:val="24"/>
                <w:szCs w:val="24"/>
                <w:lang w:eastAsia="zh-TW"/>
              </w:rPr>
              <w:t>)</w:t>
            </w:r>
          </w:p>
        </w:tc>
        <w:tc>
          <w:tcPr>
            <w:tcW w:w="299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E68DC80" w14:textId="77777777" w:rsidR="00B01C30" w:rsidRPr="00186DBE" w:rsidRDefault="00B01C30" w:rsidP="00FB0A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E00439" w14:textId="7FF74D56" w:rsidR="00B01C30" w:rsidRPr="00186DBE" w:rsidRDefault="001F53F9" w:rsidP="00FB0AE5">
            <w:pPr>
              <w:jc w:val="center"/>
              <w:rPr>
                <w:sz w:val="24"/>
                <w:szCs w:val="24"/>
              </w:rPr>
            </w:pPr>
            <w:proofErr w:type="spellStart"/>
            <w:r w:rsidRPr="00186DBE">
              <w:rPr>
                <w:sz w:val="24"/>
                <w:szCs w:val="24"/>
              </w:rPr>
              <w:t>開課</w:t>
            </w:r>
            <w:r w:rsidR="00B72322" w:rsidRPr="00186DBE">
              <w:rPr>
                <w:sz w:val="24"/>
                <w:szCs w:val="24"/>
              </w:rPr>
              <w:t>單位主管</w:t>
            </w:r>
            <w:proofErr w:type="spellEnd"/>
            <w:r w:rsidR="00013B79">
              <w:rPr>
                <w:rFonts w:hint="eastAsia"/>
                <w:sz w:val="24"/>
                <w:szCs w:val="24"/>
                <w:lang w:eastAsia="zh-TW"/>
              </w:rPr>
              <w:t>(核章</w:t>
            </w:r>
            <w:r w:rsidR="00013B79">
              <w:rPr>
                <w:sz w:val="24"/>
                <w:szCs w:val="24"/>
                <w:lang w:eastAsia="zh-TW"/>
              </w:rPr>
              <w:t>)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80EE3DC" w14:textId="77777777" w:rsidR="00B01C30" w:rsidRPr="00186DBE" w:rsidRDefault="00B01C30" w:rsidP="00FB0AE5">
            <w:pPr>
              <w:jc w:val="center"/>
              <w:rPr>
                <w:sz w:val="24"/>
                <w:szCs w:val="24"/>
              </w:rPr>
            </w:pPr>
          </w:p>
        </w:tc>
      </w:tr>
      <w:tr w:rsidR="00532257" w:rsidRPr="00186DBE" w14:paraId="0826883B" w14:textId="77777777" w:rsidTr="0083197A">
        <w:trPr>
          <w:trHeight w:val="390"/>
        </w:trPr>
        <w:tc>
          <w:tcPr>
            <w:tcW w:w="986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2C55A51" w14:textId="2F29A6F9" w:rsidR="00582890" w:rsidRPr="00186DBE" w:rsidRDefault="00B82788" w:rsidP="00B53A67">
            <w:pPr>
              <w:rPr>
                <w:sz w:val="24"/>
                <w:szCs w:val="24"/>
                <w:lang w:eastAsia="zh-TW"/>
              </w:rPr>
            </w:pPr>
            <w:r w:rsidRPr="00B53A67">
              <w:rPr>
                <w:rFonts w:hint="eastAsia"/>
                <w:sz w:val="24"/>
                <w:szCs w:val="24"/>
                <w:lang w:eastAsia="zh-TW"/>
              </w:rPr>
              <w:t>※</w:t>
            </w:r>
            <w:r w:rsidR="00B53A67" w:rsidRPr="00B53A67">
              <w:rPr>
                <w:rFonts w:hint="eastAsia"/>
                <w:sz w:val="24"/>
                <w:szCs w:val="24"/>
                <w:lang w:eastAsia="zh-TW"/>
              </w:rPr>
              <w:t>相關單位核章</w:t>
            </w:r>
            <w:r w:rsidR="003C6CC2" w:rsidRPr="003C6CC2">
              <w:rPr>
                <w:i/>
                <w:iCs/>
                <w:lang w:eastAsia="zh-TW"/>
              </w:rPr>
              <w:t>(請詳閱備註2、3，並視需求會辦學</w:t>
            </w:r>
            <w:proofErr w:type="gramStart"/>
            <w:r w:rsidR="003C6CC2" w:rsidRPr="003C6CC2">
              <w:rPr>
                <w:i/>
                <w:iCs/>
                <w:lang w:eastAsia="zh-TW"/>
              </w:rPr>
              <w:t>務</w:t>
            </w:r>
            <w:proofErr w:type="gramEnd"/>
            <w:r w:rsidR="003C6CC2" w:rsidRPr="003C6CC2">
              <w:rPr>
                <w:i/>
                <w:iCs/>
                <w:lang w:eastAsia="zh-TW"/>
              </w:rPr>
              <w:t>處及總務處)</w:t>
            </w:r>
          </w:p>
        </w:tc>
      </w:tr>
      <w:tr w:rsidR="00655D7C" w:rsidRPr="00186DBE" w14:paraId="744E057D" w14:textId="77777777" w:rsidTr="00B93141">
        <w:trPr>
          <w:trHeight w:val="454"/>
        </w:trPr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E67909" w14:textId="77777777" w:rsidR="00F54B00" w:rsidRDefault="00F54B00" w:rsidP="00BC096A">
            <w:pPr>
              <w:jc w:val="center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教務處</w:t>
            </w:r>
          </w:p>
          <w:p w14:paraId="2BF6DC74" w14:textId="44221759" w:rsidR="00655D7C" w:rsidRPr="00B53A67" w:rsidRDefault="00F54B00" w:rsidP="00BC096A">
            <w:pPr>
              <w:jc w:val="center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教學業務組</w:t>
            </w:r>
          </w:p>
        </w:tc>
        <w:tc>
          <w:tcPr>
            <w:tcW w:w="2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7428A8" w14:textId="77777777" w:rsidR="00655D7C" w:rsidRPr="00B53A67" w:rsidRDefault="00655D7C" w:rsidP="00BC096A">
            <w:pPr>
              <w:jc w:val="center"/>
              <w:rPr>
                <w:sz w:val="24"/>
                <w:szCs w:val="24"/>
                <w:lang w:eastAsia="zh-TW"/>
              </w:rPr>
            </w:pP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FF0A78" w14:textId="77777777" w:rsidR="00F54B00" w:rsidRDefault="00F54B00" w:rsidP="00F54B00">
            <w:pPr>
              <w:jc w:val="center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教務處</w:t>
            </w:r>
          </w:p>
          <w:p w14:paraId="5B4878B1" w14:textId="6F7D979C" w:rsidR="00655D7C" w:rsidRPr="00B53A67" w:rsidRDefault="00F54B00" w:rsidP="00F54B00">
            <w:pPr>
              <w:jc w:val="center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學籍成績組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C0AC5AA" w14:textId="1C881769" w:rsidR="00655D7C" w:rsidRPr="00B53A67" w:rsidRDefault="00655D7C" w:rsidP="00BC096A">
            <w:pPr>
              <w:jc w:val="center"/>
              <w:rPr>
                <w:sz w:val="24"/>
                <w:szCs w:val="24"/>
                <w:lang w:eastAsia="zh-TW"/>
              </w:rPr>
            </w:pPr>
          </w:p>
        </w:tc>
      </w:tr>
      <w:tr w:rsidR="00C6693C" w:rsidRPr="00186DBE" w14:paraId="3A66CA59" w14:textId="77777777" w:rsidTr="00B75D39">
        <w:trPr>
          <w:trHeight w:val="454"/>
        </w:trPr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64D6C8" w14:textId="738B5F11" w:rsidR="00C6693C" w:rsidRPr="00186DBE" w:rsidRDefault="00C6693C" w:rsidP="00FB0AE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學</w:t>
            </w:r>
            <w:proofErr w:type="gramStart"/>
            <w:r>
              <w:rPr>
                <w:rFonts w:hint="eastAsia"/>
                <w:sz w:val="24"/>
                <w:szCs w:val="24"/>
                <w:lang w:eastAsia="zh-TW"/>
              </w:rPr>
              <w:t>務</w:t>
            </w:r>
            <w:proofErr w:type="gramEnd"/>
            <w:r>
              <w:rPr>
                <w:rFonts w:hint="eastAsia"/>
                <w:sz w:val="24"/>
                <w:szCs w:val="24"/>
                <w:lang w:eastAsia="zh-TW"/>
              </w:rPr>
              <w:t>處</w:t>
            </w:r>
            <w:r w:rsidR="00B75D39">
              <w:rPr>
                <w:sz w:val="24"/>
                <w:szCs w:val="24"/>
                <w:lang w:eastAsia="zh-TW"/>
              </w:rPr>
              <w:br/>
            </w:r>
            <w:r w:rsidR="00B75D39" w:rsidRPr="00B75D39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="00B75D39" w:rsidRPr="00B75D39">
              <w:rPr>
                <w:sz w:val="20"/>
                <w:szCs w:val="20"/>
                <w:lang w:eastAsia="zh-TW"/>
              </w:rPr>
              <w:t>視需求核章</w:t>
            </w:r>
            <w:proofErr w:type="gramStart"/>
            <w:r w:rsidR="00B75D39" w:rsidRPr="00B75D39">
              <w:rPr>
                <w:sz w:val="20"/>
                <w:szCs w:val="20"/>
                <w:lang w:eastAsia="zh-TW"/>
              </w:rPr>
              <w:t>）</w:t>
            </w:r>
            <w:proofErr w:type="gramEnd"/>
          </w:p>
        </w:tc>
        <w:tc>
          <w:tcPr>
            <w:tcW w:w="2996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908D93" w14:textId="77777777" w:rsidR="00C6693C" w:rsidRPr="00186DBE" w:rsidRDefault="00C6693C" w:rsidP="00FB0A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8142BC" w14:textId="77777777" w:rsidR="00C6693C" w:rsidRDefault="00C6693C" w:rsidP="00FB0AE5">
            <w:pPr>
              <w:jc w:val="center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總務處</w:t>
            </w:r>
          </w:p>
          <w:p w14:paraId="3A9425DB" w14:textId="6FEA08C0" w:rsidR="00B75D39" w:rsidRPr="00186DBE" w:rsidRDefault="00B75D39" w:rsidP="00FB0AE5">
            <w:pPr>
              <w:jc w:val="center"/>
              <w:rPr>
                <w:sz w:val="24"/>
                <w:szCs w:val="24"/>
              </w:rPr>
            </w:pPr>
            <w:r w:rsidRPr="00B75D39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Pr="00B75D39">
              <w:rPr>
                <w:sz w:val="20"/>
                <w:szCs w:val="20"/>
                <w:lang w:eastAsia="zh-TW"/>
              </w:rPr>
              <w:t>視需求核章</w:t>
            </w:r>
            <w:proofErr w:type="gramStart"/>
            <w:r w:rsidRPr="00B75D39">
              <w:rPr>
                <w:sz w:val="20"/>
                <w:szCs w:val="20"/>
                <w:lang w:eastAsia="zh-TW"/>
              </w:rPr>
              <w:t>）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07D1A4C" w14:textId="77777777" w:rsidR="00C6693C" w:rsidRPr="00186DBE" w:rsidRDefault="00C6693C" w:rsidP="00FB0AE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979A925" w14:textId="2BA51F47" w:rsidR="009A517F" w:rsidRPr="00CD1CBC" w:rsidRDefault="009A517F" w:rsidP="00AF2E38">
      <w:pPr>
        <w:spacing w:after="0" w:line="320" w:lineRule="exact"/>
        <w:ind w:leftChars="-50" w:left="-110"/>
        <w:rPr>
          <w:b/>
          <w:bCs/>
          <w:sz w:val="19"/>
          <w:szCs w:val="19"/>
          <w:lang w:eastAsia="zh-TW"/>
        </w:rPr>
      </w:pPr>
      <w:r w:rsidRPr="00CD1CBC">
        <w:rPr>
          <w:rFonts w:hint="eastAsia"/>
          <w:b/>
          <w:bCs/>
          <w:sz w:val="19"/>
          <w:szCs w:val="19"/>
          <w:lang w:eastAsia="zh-TW"/>
        </w:rPr>
        <w:t>※</w:t>
      </w:r>
      <w:r w:rsidRPr="00CD1CBC">
        <w:rPr>
          <w:b/>
          <w:bCs/>
          <w:sz w:val="19"/>
          <w:szCs w:val="19"/>
          <w:lang w:eastAsia="zh-TW"/>
        </w:rPr>
        <w:t>本表格若不敷使用，請自行增加欄位。</w:t>
      </w:r>
    </w:p>
    <w:p w14:paraId="3A5A1504" w14:textId="29649846" w:rsidR="00AF2E38" w:rsidRDefault="009A517F" w:rsidP="00AF2E38">
      <w:pPr>
        <w:spacing w:after="0" w:line="320" w:lineRule="exact"/>
        <w:ind w:leftChars="-50" w:left="-110"/>
        <w:rPr>
          <w:sz w:val="19"/>
          <w:szCs w:val="19"/>
          <w:lang w:eastAsia="zh-TW"/>
        </w:rPr>
      </w:pPr>
      <w:r>
        <w:rPr>
          <w:rFonts w:hint="eastAsia"/>
          <w:sz w:val="19"/>
          <w:szCs w:val="19"/>
          <w:lang w:eastAsia="zh-TW"/>
        </w:rPr>
        <w:t>※</w:t>
      </w:r>
      <w:r w:rsidR="002C50C4">
        <w:rPr>
          <w:rFonts w:hint="eastAsia"/>
          <w:sz w:val="19"/>
          <w:szCs w:val="19"/>
          <w:lang w:eastAsia="zh-TW"/>
        </w:rPr>
        <w:t>備註</w:t>
      </w:r>
      <w:r w:rsidR="00B72322" w:rsidRPr="006F04D9">
        <w:rPr>
          <w:sz w:val="19"/>
          <w:szCs w:val="19"/>
          <w:lang w:eastAsia="zh-TW"/>
        </w:rPr>
        <w:t>：</w:t>
      </w:r>
    </w:p>
    <w:p w14:paraId="575E2407" w14:textId="56C1093E" w:rsidR="00B01C30" w:rsidRDefault="00B72322" w:rsidP="00E7188C">
      <w:pPr>
        <w:pStyle w:val="ae"/>
        <w:numPr>
          <w:ilvl w:val="0"/>
          <w:numId w:val="11"/>
        </w:numPr>
        <w:spacing w:after="0" w:line="320" w:lineRule="exact"/>
        <w:ind w:left="227" w:hanging="227"/>
        <w:rPr>
          <w:sz w:val="19"/>
          <w:szCs w:val="19"/>
          <w:lang w:eastAsia="zh-TW"/>
        </w:rPr>
      </w:pPr>
      <w:r w:rsidRPr="00AF2E38">
        <w:rPr>
          <w:sz w:val="19"/>
          <w:szCs w:val="19"/>
          <w:lang w:eastAsia="zh-TW"/>
        </w:rPr>
        <w:t>本申請表請依「國立</w:t>
      </w:r>
      <w:proofErr w:type="gramStart"/>
      <w:r w:rsidRPr="00AF2E38">
        <w:rPr>
          <w:sz w:val="19"/>
          <w:szCs w:val="19"/>
          <w:lang w:eastAsia="zh-TW"/>
        </w:rPr>
        <w:t>臺</w:t>
      </w:r>
      <w:proofErr w:type="gramEnd"/>
      <w:r w:rsidRPr="00AF2E38">
        <w:rPr>
          <w:sz w:val="19"/>
          <w:szCs w:val="19"/>
          <w:lang w:eastAsia="zh-TW"/>
        </w:rPr>
        <w:t>南大學學士班先修課程實施要點」相關規定辦理，並檢附課程規劃</w:t>
      </w:r>
      <w:r w:rsidR="006B1F9E">
        <w:rPr>
          <w:rFonts w:hint="eastAsia"/>
          <w:sz w:val="19"/>
          <w:szCs w:val="19"/>
          <w:lang w:eastAsia="zh-TW"/>
        </w:rPr>
        <w:t>(</w:t>
      </w:r>
      <w:r w:rsidR="00B7094F">
        <w:rPr>
          <w:rFonts w:hint="eastAsia"/>
          <w:sz w:val="19"/>
          <w:szCs w:val="19"/>
          <w:lang w:eastAsia="zh-TW"/>
        </w:rPr>
        <w:t>如有</w:t>
      </w:r>
      <w:r w:rsidRPr="00AF2E38">
        <w:rPr>
          <w:sz w:val="19"/>
          <w:szCs w:val="19"/>
          <w:lang w:eastAsia="zh-TW"/>
        </w:rPr>
        <w:t>相關附件</w:t>
      </w:r>
      <w:r w:rsidR="00B7094F">
        <w:rPr>
          <w:rFonts w:hint="eastAsia"/>
          <w:sz w:val="19"/>
          <w:szCs w:val="19"/>
          <w:lang w:eastAsia="zh-TW"/>
        </w:rPr>
        <w:t>請</w:t>
      </w:r>
      <w:proofErr w:type="gramStart"/>
      <w:r w:rsidR="00B7094F">
        <w:rPr>
          <w:rFonts w:hint="eastAsia"/>
          <w:sz w:val="19"/>
          <w:szCs w:val="19"/>
          <w:lang w:eastAsia="zh-TW"/>
        </w:rPr>
        <w:t>併</w:t>
      </w:r>
      <w:proofErr w:type="gramEnd"/>
      <w:r w:rsidR="00B7094F">
        <w:rPr>
          <w:rFonts w:hint="eastAsia"/>
          <w:sz w:val="19"/>
          <w:szCs w:val="19"/>
          <w:lang w:eastAsia="zh-TW"/>
        </w:rPr>
        <w:t>檢附</w:t>
      </w:r>
      <w:r w:rsidR="006B1F9E">
        <w:rPr>
          <w:rFonts w:hint="eastAsia"/>
          <w:sz w:val="19"/>
          <w:szCs w:val="19"/>
          <w:lang w:eastAsia="zh-TW"/>
        </w:rPr>
        <w:t>)</w:t>
      </w:r>
      <w:r w:rsidRPr="00AF2E38">
        <w:rPr>
          <w:sz w:val="19"/>
          <w:szCs w:val="19"/>
          <w:lang w:eastAsia="zh-TW"/>
        </w:rPr>
        <w:t>。</w:t>
      </w:r>
    </w:p>
    <w:p w14:paraId="468C8084" w14:textId="44C42DCD" w:rsidR="00582890" w:rsidRPr="00C4113B" w:rsidRDefault="00582890" w:rsidP="00E7188C">
      <w:pPr>
        <w:pStyle w:val="ae"/>
        <w:numPr>
          <w:ilvl w:val="0"/>
          <w:numId w:val="11"/>
        </w:numPr>
        <w:spacing w:after="0" w:line="320" w:lineRule="exact"/>
        <w:ind w:left="227" w:hanging="227"/>
        <w:rPr>
          <w:sz w:val="19"/>
          <w:szCs w:val="19"/>
          <w:u w:val="single"/>
          <w:lang w:eastAsia="zh-TW"/>
        </w:rPr>
      </w:pPr>
      <w:r w:rsidRPr="00C4113B">
        <w:rPr>
          <w:sz w:val="19"/>
          <w:szCs w:val="19"/>
          <w:u w:val="single"/>
          <w:lang w:eastAsia="zh-TW"/>
        </w:rPr>
        <w:t>如需使用校園空間、宿舍、交通、保險或其他行政資源</w:t>
      </w:r>
      <w:r w:rsidRPr="00C4113B">
        <w:rPr>
          <w:rFonts w:hint="eastAsia"/>
          <w:sz w:val="19"/>
          <w:szCs w:val="19"/>
          <w:u w:val="single"/>
          <w:lang w:eastAsia="zh-TW"/>
        </w:rPr>
        <w:t>，</w:t>
      </w:r>
      <w:proofErr w:type="gramStart"/>
      <w:r w:rsidRPr="00C4113B">
        <w:rPr>
          <w:sz w:val="19"/>
          <w:szCs w:val="19"/>
          <w:u w:val="single"/>
          <w:lang w:eastAsia="zh-TW"/>
        </w:rPr>
        <w:t>應</w:t>
      </w:r>
      <w:r w:rsidRPr="00C4113B">
        <w:rPr>
          <w:rFonts w:hint="eastAsia"/>
          <w:sz w:val="19"/>
          <w:szCs w:val="19"/>
          <w:u w:val="single"/>
          <w:lang w:eastAsia="zh-TW"/>
        </w:rPr>
        <w:t>加會</w:t>
      </w:r>
      <w:r w:rsidRPr="00C4113B">
        <w:rPr>
          <w:sz w:val="19"/>
          <w:szCs w:val="19"/>
          <w:u w:val="single"/>
          <w:lang w:eastAsia="zh-TW"/>
        </w:rPr>
        <w:t>總務處</w:t>
      </w:r>
      <w:proofErr w:type="gramEnd"/>
      <w:r w:rsidRPr="00C4113B">
        <w:rPr>
          <w:sz w:val="19"/>
          <w:szCs w:val="19"/>
          <w:u w:val="single"/>
          <w:lang w:eastAsia="zh-TW"/>
        </w:rPr>
        <w:t>、學</w:t>
      </w:r>
      <w:proofErr w:type="gramStart"/>
      <w:r w:rsidRPr="00C4113B">
        <w:rPr>
          <w:sz w:val="19"/>
          <w:szCs w:val="19"/>
          <w:u w:val="single"/>
          <w:lang w:eastAsia="zh-TW"/>
        </w:rPr>
        <w:t>務</w:t>
      </w:r>
      <w:proofErr w:type="gramEnd"/>
      <w:r w:rsidRPr="00C4113B">
        <w:rPr>
          <w:sz w:val="19"/>
          <w:szCs w:val="19"/>
          <w:u w:val="single"/>
          <w:lang w:eastAsia="zh-TW"/>
        </w:rPr>
        <w:t>處及</w:t>
      </w:r>
      <w:r w:rsidRPr="00C4113B">
        <w:rPr>
          <w:rFonts w:hint="eastAsia"/>
          <w:sz w:val="19"/>
          <w:szCs w:val="19"/>
          <w:u w:val="single"/>
          <w:lang w:eastAsia="zh-TW"/>
        </w:rPr>
        <w:t>其他</w:t>
      </w:r>
      <w:r w:rsidRPr="00C4113B">
        <w:rPr>
          <w:sz w:val="19"/>
          <w:szCs w:val="19"/>
          <w:u w:val="single"/>
          <w:lang w:eastAsia="zh-TW"/>
        </w:rPr>
        <w:t>相關單位</w:t>
      </w:r>
      <w:r w:rsidRPr="00C4113B">
        <w:rPr>
          <w:rFonts w:hint="eastAsia"/>
          <w:sz w:val="19"/>
          <w:szCs w:val="19"/>
          <w:u w:val="single"/>
          <w:lang w:eastAsia="zh-TW"/>
        </w:rPr>
        <w:t>。</w:t>
      </w:r>
    </w:p>
    <w:p w14:paraId="412CCFAC" w14:textId="57E2474F" w:rsidR="009A517F" w:rsidRPr="00C4113B" w:rsidRDefault="00582890" w:rsidP="00E7188C">
      <w:pPr>
        <w:pStyle w:val="ae"/>
        <w:numPr>
          <w:ilvl w:val="0"/>
          <w:numId w:val="11"/>
        </w:numPr>
        <w:spacing w:after="0" w:line="320" w:lineRule="exact"/>
        <w:ind w:left="227" w:hanging="227"/>
        <w:rPr>
          <w:sz w:val="19"/>
          <w:szCs w:val="19"/>
          <w:u w:val="single"/>
          <w:lang w:eastAsia="zh-TW"/>
        </w:rPr>
      </w:pPr>
      <w:r w:rsidRPr="00C4113B">
        <w:rPr>
          <w:sz w:val="19"/>
          <w:szCs w:val="19"/>
          <w:u w:val="single"/>
          <w:lang w:eastAsia="zh-TW"/>
        </w:rPr>
        <w:t>學生於正式註冊取得學籍前參與先修課程者，其身分、保險、住宿、校園安全、緊急聯絡及相關管理事項，由開課單位會同學</w:t>
      </w:r>
      <w:proofErr w:type="gramStart"/>
      <w:r w:rsidRPr="00C4113B">
        <w:rPr>
          <w:sz w:val="19"/>
          <w:szCs w:val="19"/>
          <w:u w:val="single"/>
          <w:lang w:eastAsia="zh-TW"/>
        </w:rPr>
        <w:t>務</w:t>
      </w:r>
      <w:proofErr w:type="gramEnd"/>
      <w:r w:rsidRPr="00C4113B">
        <w:rPr>
          <w:sz w:val="19"/>
          <w:szCs w:val="19"/>
          <w:u w:val="single"/>
          <w:lang w:eastAsia="zh-TW"/>
        </w:rPr>
        <w:t>處及相關單位辦理。</w:t>
      </w:r>
    </w:p>
    <w:p w14:paraId="3FAACC67" w14:textId="02D8B709" w:rsidR="002C50C4" w:rsidRPr="00F378F0" w:rsidRDefault="00035331" w:rsidP="00E7188C">
      <w:pPr>
        <w:pStyle w:val="ae"/>
        <w:numPr>
          <w:ilvl w:val="0"/>
          <w:numId w:val="11"/>
        </w:numPr>
        <w:spacing w:after="0" w:line="320" w:lineRule="exact"/>
        <w:ind w:left="227" w:hanging="227"/>
        <w:rPr>
          <w:sz w:val="19"/>
          <w:szCs w:val="19"/>
          <w:lang w:eastAsia="zh-TW"/>
        </w:rPr>
      </w:pPr>
      <w:r w:rsidRPr="00AF2E38">
        <w:rPr>
          <w:sz w:val="19"/>
          <w:szCs w:val="19"/>
          <w:lang w:eastAsia="zh-TW"/>
        </w:rPr>
        <w:t>本申請表</w:t>
      </w:r>
      <w:r>
        <w:rPr>
          <w:rFonts w:hint="eastAsia"/>
          <w:sz w:val="19"/>
          <w:szCs w:val="19"/>
          <w:lang w:eastAsia="zh-TW"/>
        </w:rPr>
        <w:t>核章後，</w:t>
      </w:r>
      <w:r w:rsidR="00080E93">
        <w:rPr>
          <w:rFonts w:hint="eastAsia"/>
          <w:sz w:val="19"/>
          <w:szCs w:val="19"/>
          <w:lang w:eastAsia="zh-TW"/>
        </w:rPr>
        <w:t>請送教務處備查。</w:t>
      </w:r>
    </w:p>
    <w:sectPr w:rsidR="002C50C4" w:rsidRPr="00F378F0" w:rsidSect="003A58AC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B7F86" w14:textId="77777777" w:rsidR="00632D29" w:rsidRDefault="00632D29" w:rsidP="00031CB8">
      <w:pPr>
        <w:spacing w:after="0" w:line="240" w:lineRule="auto"/>
      </w:pPr>
      <w:r>
        <w:separator/>
      </w:r>
    </w:p>
  </w:endnote>
  <w:endnote w:type="continuationSeparator" w:id="0">
    <w:p w14:paraId="769A0AFD" w14:textId="77777777" w:rsidR="00632D29" w:rsidRDefault="00632D29" w:rsidP="0003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34A1E" w14:textId="77777777" w:rsidR="00632D29" w:rsidRDefault="00632D29" w:rsidP="00031CB8">
      <w:pPr>
        <w:spacing w:after="0" w:line="240" w:lineRule="auto"/>
      </w:pPr>
      <w:r>
        <w:separator/>
      </w:r>
    </w:p>
  </w:footnote>
  <w:footnote w:type="continuationSeparator" w:id="0">
    <w:p w14:paraId="4CCD10F9" w14:textId="77777777" w:rsidR="00632D29" w:rsidRDefault="00632D29" w:rsidP="00031C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321734"/>
    <w:multiLevelType w:val="hybridMultilevel"/>
    <w:tmpl w:val="E578B5CA"/>
    <w:lvl w:ilvl="0" w:tplc="4DE6EAE4">
      <w:start w:val="1"/>
      <w:numFmt w:val="decimal"/>
      <w:suff w:val="space"/>
      <w:lvlText w:val="%1."/>
      <w:lvlJc w:val="left"/>
      <w:pPr>
        <w:ind w:left="2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0" w:hanging="480"/>
      </w:pPr>
    </w:lvl>
    <w:lvl w:ilvl="2" w:tplc="0409001B" w:tentative="1">
      <w:start w:val="1"/>
      <w:numFmt w:val="lowerRoman"/>
      <w:lvlText w:val="%3."/>
      <w:lvlJc w:val="right"/>
      <w:pPr>
        <w:ind w:left="1330" w:hanging="480"/>
      </w:pPr>
    </w:lvl>
    <w:lvl w:ilvl="3" w:tplc="0409000F" w:tentative="1">
      <w:start w:val="1"/>
      <w:numFmt w:val="decimal"/>
      <w:lvlText w:val="%4."/>
      <w:lvlJc w:val="left"/>
      <w:pPr>
        <w:ind w:left="18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0" w:hanging="480"/>
      </w:pPr>
    </w:lvl>
    <w:lvl w:ilvl="5" w:tplc="0409001B" w:tentative="1">
      <w:start w:val="1"/>
      <w:numFmt w:val="lowerRoman"/>
      <w:lvlText w:val="%6."/>
      <w:lvlJc w:val="right"/>
      <w:pPr>
        <w:ind w:left="2770" w:hanging="480"/>
      </w:pPr>
    </w:lvl>
    <w:lvl w:ilvl="6" w:tplc="0409000F" w:tentative="1">
      <w:start w:val="1"/>
      <w:numFmt w:val="decimal"/>
      <w:lvlText w:val="%7."/>
      <w:lvlJc w:val="left"/>
      <w:pPr>
        <w:ind w:left="32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0" w:hanging="480"/>
      </w:pPr>
    </w:lvl>
    <w:lvl w:ilvl="8" w:tplc="0409001B" w:tentative="1">
      <w:start w:val="1"/>
      <w:numFmt w:val="lowerRoman"/>
      <w:lvlText w:val="%9."/>
      <w:lvlJc w:val="right"/>
      <w:pPr>
        <w:ind w:left="4210" w:hanging="480"/>
      </w:pPr>
    </w:lvl>
  </w:abstractNum>
  <w:abstractNum w:abstractNumId="10" w15:restartNumberingAfterBreak="0">
    <w:nsid w:val="77AA1264"/>
    <w:multiLevelType w:val="hybridMultilevel"/>
    <w:tmpl w:val="7F0A3BDC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B79"/>
    <w:rsid w:val="000226FD"/>
    <w:rsid w:val="000265DA"/>
    <w:rsid w:val="00031CB8"/>
    <w:rsid w:val="00034616"/>
    <w:rsid w:val="00035331"/>
    <w:rsid w:val="0004290A"/>
    <w:rsid w:val="0006063C"/>
    <w:rsid w:val="0007705E"/>
    <w:rsid w:val="00080E93"/>
    <w:rsid w:val="000B2483"/>
    <w:rsid w:val="000C2BD6"/>
    <w:rsid w:val="000D5160"/>
    <w:rsid w:val="000E01D8"/>
    <w:rsid w:val="000F7D80"/>
    <w:rsid w:val="00104C84"/>
    <w:rsid w:val="00122536"/>
    <w:rsid w:val="00141265"/>
    <w:rsid w:val="00144548"/>
    <w:rsid w:val="0015074B"/>
    <w:rsid w:val="0018435A"/>
    <w:rsid w:val="001867CD"/>
    <w:rsid w:val="00186DBE"/>
    <w:rsid w:val="001B2D70"/>
    <w:rsid w:val="001C0F6E"/>
    <w:rsid w:val="001F1C6D"/>
    <w:rsid w:val="001F3AF1"/>
    <w:rsid w:val="001F4EEB"/>
    <w:rsid w:val="001F53F9"/>
    <w:rsid w:val="002063B9"/>
    <w:rsid w:val="00217691"/>
    <w:rsid w:val="002201CE"/>
    <w:rsid w:val="002215A8"/>
    <w:rsid w:val="002250F4"/>
    <w:rsid w:val="00234CB3"/>
    <w:rsid w:val="00247B6E"/>
    <w:rsid w:val="00256366"/>
    <w:rsid w:val="0028589F"/>
    <w:rsid w:val="00286A02"/>
    <w:rsid w:val="00287ACD"/>
    <w:rsid w:val="00293B7F"/>
    <w:rsid w:val="0029639D"/>
    <w:rsid w:val="002A0958"/>
    <w:rsid w:val="002B5024"/>
    <w:rsid w:val="002C50C4"/>
    <w:rsid w:val="002D0544"/>
    <w:rsid w:val="002E257E"/>
    <w:rsid w:val="002F211E"/>
    <w:rsid w:val="002F212D"/>
    <w:rsid w:val="002F43E3"/>
    <w:rsid w:val="00310B1C"/>
    <w:rsid w:val="00323B51"/>
    <w:rsid w:val="00323BED"/>
    <w:rsid w:val="00326D4E"/>
    <w:rsid w:val="00326F90"/>
    <w:rsid w:val="0035211A"/>
    <w:rsid w:val="0036356A"/>
    <w:rsid w:val="00364F10"/>
    <w:rsid w:val="00366110"/>
    <w:rsid w:val="00383249"/>
    <w:rsid w:val="00394AC4"/>
    <w:rsid w:val="003A11BF"/>
    <w:rsid w:val="003A58AC"/>
    <w:rsid w:val="003B366F"/>
    <w:rsid w:val="003B63F7"/>
    <w:rsid w:val="003C6A53"/>
    <w:rsid w:val="003C6CC2"/>
    <w:rsid w:val="003E453C"/>
    <w:rsid w:val="003E53EF"/>
    <w:rsid w:val="004177BA"/>
    <w:rsid w:val="004707D4"/>
    <w:rsid w:val="00470979"/>
    <w:rsid w:val="004718C6"/>
    <w:rsid w:val="00494482"/>
    <w:rsid w:val="004D670E"/>
    <w:rsid w:val="004D6B87"/>
    <w:rsid w:val="0051076A"/>
    <w:rsid w:val="00511A25"/>
    <w:rsid w:val="005142C5"/>
    <w:rsid w:val="0052252E"/>
    <w:rsid w:val="00532257"/>
    <w:rsid w:val="00533091"/>
    <w:rsid w:val="00582890"/>
    <w:rsid w:val="005860FB"/>
    <w:rsid w:val="005871D7"/>
    <w:rsid w:val="005B6816"/>
    <w:rsid w:val="005C00A4"/>
    <w:rsid w:val="005D4E4F"/>
    <w:rsid w:val="005D704F"/>
    <w:rsid w:val="005E07A1"/>
    <w:rsid w:val="005E7F33"/>
    <w:rsid w:val="005F5C23"/>
    <w:rsid w:val="00604BD2"/>
    <w:rsid w:val="00632D29"/>
    <w:rsid w:val="00655D7C"/>
    <w:rsid w:val="006609FA"/>
    <w:rsid w:val="00674320"/>
    <w:rsid w:val="006B1F9E"/>
    <w:rsid w:val="006E53EB"/>
    <w:rsid w:val="006F04D9"/>
    <w:rsid w:val="00720950"/>
    <w:rsid w:val="007805F5"/>
    <w:rsid w:val="00791598"/>
    <w:rsid w:val="007B1C8D"/>
    <w:rsid w:val="007B418F"/>
    <w:rsid w:val="007D511F"/>
    <w:rsid w:val="007E1F5F"/>
    <w:rsid w:val="0081153D"/>
    <w:rsid w:val="008210C2"/>
    <w:rsid w:val="00822E8F"/>
    <w:rsid w:val="0083197A"/>
    <w:rsid w:val="00833F7C"/>
    <w:rsid w:val="00847792"/>
    <w:rsid w:val="008870FF"/>
    <w:rsid w:val="0089633B"/>
    <w:rsid w:val="00897B1F"/>
    <w:rsid w:val="00897C1A"/>
    <w:rsid w:val="008A1210"/>
    <w:rsid w:val="008D4FF0"/>
    <w:rsid w:val="008D6895"/>
    <w:rsid w:val="008E166E"/>
    <w:rsid w:val="00901BA6"/>
    <w:rsid w:val="00963BFE"/>
    <w:rsid w:val="009662AC"/>
    <w:rsid w:val="00990FB7"/>
    <w:rsid w:val="00993CA0"/>
    <w:rsid w:val="009A517F"/>
    <w:rsid w:val="009D34E0"/>
    <w:rsid w:val="009D3547"/>
    <w:rsid w:val="00A03FB3"/>
    <w:rsid w:val="00A11F39"/>
    <w:rsid w:val="00A1767D"/>
    <w:rsid w:val="00A20268"/>
    <w:rsid w:val="00A20C32"/>
    <w:rsid w:val="00A44C56"/>
    <w:rsid w:val="00A455CD"/>
    <w:rsid w:val="00A46966"/>
    <w:rsid w:val="00A91ACA"/>
    <w:rsid w:val="00A91E82"/>
    <w:rsid w:val="00A93CEF"/>
    <w:rsid w:val="00AA1D8D"/>
    <w:rsid w:val="00AB26C3"/>
    <w:rsid w:val="00AE06EA"/>
    <w:rsid w:val="00AF2E38"/>
    <w:rsid w:val="00B01C30"/>
    <w:rsid w:val="00B44893"/>
    <w:rsid w:val="00B47730"/>
    <w:rsid w:val="00B53A67"/>
    <w:rsid w:val="00B57E8B"/>
    <w:rsid w:val="00B61B60"/>
    <w:rsid w:val="00B7094F"/>
    <w:rsid w:val="00B72322"/>
    <w:rsid w:val="00B75D39"/>
    <w:rsid w:val="00B81133"/>
    <w:rsid w:val="00B82788"/>
    <w:rsid w:val="00B87357"/>
    <w:rsid w:val="00B93141"/>
    <w:rsid w:val="00B947A4"/>
    <w:rsid w:val="00B95924"/>
    <w:rsid w:val="00BC096A"/>
    <w:rsid w:val="00BC4072"/>
    <w:rsid w:val="00BD1151"/>
    <w:rsid w:val="00BE22BE"/>
    <w:rsid w:val="00C00083"/>
    <w:rsid w:val="00C014F5"/>
    <w:rsid w:val="00C01952"/>
    <w:rsid w:val="00C03C04"/>
    <w:rsid w:val="00C126F0"/>
    <w:rsid w:val="00C17349"/>
    <w:rsid w:val="00C36F60"/>
    <w:rsid w:val="00C4113B"/>
    <w:rsid w:val="00C43A6C"/>
    <w:rsid w:val="00C44C7D"/>
    <w:rsid w:val="00C505A1"/>
    <w:rsid w:val="00C56BCC"/>
    <w:rsid w:val="00C6693C"/>
    <w:rsid w:val="00C76D03"/>
    <w:rsid w:val="00CA7E01"/>
    <w:rsid w:val="00CB0664"/>
    <w:rsid w:val="00CC760A"/>
    <w:rsid w:val="00CD1CBC"/>
    <w:rsid w:val="00D46105"/>
    <w:rsid w:val="00D65454"/>
    <w:rsid w:val="00D72756"/>
    <w:rsid w:val="00D75383"/>
    <w:rsid w:val="00DD2234"/>
    <w:rsid w:val="00E00323"/>
    <w:rsid w:val="00E04DF2"/>
    <w:rsid w:val="00E27C20"/>
    <w:rsid w:val="00E55601"/>
    <w:rsid w:val="00E57692"/>
    <w:rsid w:val="00E67BE1"/>
    <w:rsid w:val="00E7188C"/>
    <w:rsid w:val="00E73AED"/>
    <w:rsid w:val="00E76C08"/>
    <w:rsid w:val="00E77F70"/>
    <w:rsid w:val="00E946BC"/>
    <w:rsid w:val="00E96B54"/>
    <w:rsid w:val="00E97417"/>
    <w:rsid w:val="00EA58AC"/>
    <w:rsid w:val="00EC406C"/>
    <w:rsid w:val="00F1375C"/>
    <w:rsid w:val="00F375F6"/>
    <w:rsid w:val="00F378F0"/>
    <w:rsid w:val="00F54B00"/>
    <w:rsid w:val="00F62840"/>
    <w:rsid w:val="00F63A64"/>
    <w:rsid w:val="00F750FF"/>
    <w:rsid w:val="00F8180C"/>
    <w:rsid w:val="00F838D4"/>
    <w:rsid w:val="00F90653"/>
    <w:rsid w:val="00FB0AE5"/>
    <w:rsid w:val="00FC693F"/>
    <w:rsid w:val="00FD4690"/>
    <w:rsid w:val="00FE3B65"/>
    <w:rsid w:val="00FE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8B161E"/>
  <w14:defaultImageDpi w14:val="300"/>
  <w15:docId w15:val="{E3A63B6C-6D61-45EF-872B-7FA517A4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標楷體" w:eastAsia="標楷體" w:hAnsi="標楷體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annotation reference"/>
    <w:basedOn w:val="a2"/>
    <w:uiPriority w:val="99"/>
    <w:semiHidden/>
    <w:unhideWhenUsed/>
    <w:rsid w:val="00B61B60"/>
    <w:rPr>
      <w:sz w:val="18"/>
      <w:szCs w:val="18"/>
    </w:rPr>
  </w:style>
  <w:style w:type="paragraph" w:styleId="affb">
    <w:name w:val="annotation text"/>
    <w:basedOn w:val="a1"/>
    <w:link w:val="affc"/>
    <w:uiPriority w:val="99"/>
    <w:semiHidden/>
    <w:unhideWhenUsed/>
    <w:rsid w:val="00B61B60"/>
  </w:style>
  <w:style w:type="character" w:customStyle="1" w:styleId="affc">
    <w:name w:val="註解文字 字元"/>
    <w:basedOn w:val="a2"/>
    <w:link w:val="affb"/>
    <w:uiPriority w:val="99"/>
    <w:semiHidden/>
    <w:rsid w:val="00B61B60"/>
    <w:rPr>
      <w:rFonts w:ascii="標楷體" w:eastAsia="標楷體" w:hAnsi="標楷體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B61B60"/>
    <w:rPr>
      <w:b/>
      <w:bCs/>
    </w:rPr>
  </w:style>
  <w:style w:type="character" w:customStyle="1" w:styleId="affe">
    <w:name w:val="註解主旨 字元"/>
    <w:basedOn w:val="affc"/>
    <w:link w:val="affd"/>
    <w:uiPriority w:val="99"/>
    <w:semiHidden/>
    <w:rsid w:val="00B61B60"/>
    <w:rPr>
      <w:rFonts w:ascii="標楷體" w:eastAsia="標楷體" w:hAnsi="標楷體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2026-05-28T06:54:00Z</dcterms:created>
  <dcterms:modified xsi:type="dcterms:W3CDTF">2026-05-28T06:54:00Z</dcterms:modified>
  <cp:category/>
</cp:coreProperties>
</file>